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4E56" w14:textId="472F2632" w:rsidR="00BB40D1" w:rsidRPr="00CB2F39" w:rsidRDefault="00BB40D1" w:rsidP="006C7AC1">
      <w:pPr>
        <w:pStyle w:val="1"/>
        <w:jc w:val="center"/>
        <w:rPr>
          <w:rFonts w:asciiTheme="majorEastAsia" w:hAnsiTheme="majorEastAsia"/>
          <w:color w:val="000000" w:themeColor="text1"/>
          <w:sz w:val="24"/>
          <w:szCs w:val="24"/>
          <w:u w:val="single"/>
          <w:lang w:eastAsia="ko-KR"/>
        </w:rPr>
      </w:pP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t>통계</w:t>
      </w:r>
      <w:r w:rsidRPr="00CB2F39">
        <w:rPr>
          <w:rFonts w:asciiTheme="majorEastAsia" w:hAnsiTheme="majorEastAsia"/>
          <w:color w:val="000000" w:themeColor="text1"/>
          <w:sz w:val="24"/>
          <w:szCs w:val="24"/>
          <w:u w:val="single"/>
          <w:lang w:eastAsia="ko-KR"/>
        </w:rPr>
        <w:t>·</w:t>
      </w: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t>데이터분석</w:t>
      </w:r>
      <w:r w:rsidRPr="00CB2F39">
        <w:rPr>
          <w:rFonts w:asciiTheme="majorEastAsia" w:hAnsiTheme="majorEastAsia"/>
          <w:color w:val="000000" w:themeColor="text1"/>
          <w:sz w:val="24"/>
          <w:szCs w:val="24"/>
          <w:u w:val="single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t>컨설팅</w:t>
      </w:r>
      <w:r w:rsidRPr="00CB2F39">
        <w:rPr>
          <w:rFonts w:asciiTheme="majorEastAsia" w:hAnsiTheme="majorEastAsia" w:hint="eastAsia"/>
          <w:color w:val="000000" w:themeColor="text1"/>
          <w:sz w:val="24"/>
          <w:szCs w:val="24"/>
          <w:u w:val="single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t>상담</w:t>
      </w:r>
      <w:r w:rsidRPr="00CB2F39">
        <w:rPr>
          <w:rFonts w:asciiTheme="majorEastAsia" w:hAnsiTheme="majorEastAsia" w:cs="맑은 고딕" w:hint="eastAsia"/>
          <w:color w:val="000000" w:themeColor="text1"/>
          <w:sz w:val="24"/>
          <w:szCs w:val="24"/>
          <w:u w:val="single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t>신청서</w:t>
      </w:r>
    </w:p>
    <w:p w14:paraId="093A7A8A" w14:textId="788FF647" w:rsidR="00B630BC" w:rsidRPr="00CB2F39" w:rsidRDefault="00B630BC">
      <w:pPr>
        <w:pStyle w:val="21"/>
        <w:rPr>
          <w:rFonts w:asciiTheme="majorEastAsia" w:hAnsiTheme="majorEastAsia"/>
          <w:sz w:val="24"/>
          <w:szCs w:val="24"/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839"/>
        <w:gridCol w:w="6953"/>
      </w:tblGrid>
      <w:tr w:rsidR="00B630BC" w:rsidRPr="00CB2F39" w14:paraId="600A376A" w14:textId="77777777" w:rsidTr="00642084">
        <w:trPr>
          <w:trHeight w:val="429"/>
        </w:trPr>
        <w:tc>
          <w:tcPr>
            <w:tcW w:w="1839" w:type="dxa"/>
            <w:shd w:val="clear" w:color="auto" w:fill="D9D9D9" w:themeFill="background1" w:themeFillShade="D9"/>
          </w:tcPr>
          <w:p w14:paraId="237BA7EC" w14:textId="77777777" w:rsidR="00B630BC" w:rsidRPr="00CB2F39" w:rsidRDefault="00000000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성명</w:t>
            </w:r>
          </w:p>
        </w:tc>
        <w:tc>
          <w:tcPr>
            <w:tcW w:w="6953" w:type="dxa"/>
          </w:tcPr>
          <w:p w14:paraId="59E5CD84" w14:textId="77777777" w:rsidR="00B630BC" w:rsidRPr="00CB2F39" w:rsidRDefault="00B630BC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B630BC" w:rsidRPr="00CB2F39" w14:paraId="207F0707" w14:textId="77777777" w:rsidTr="00642084">
        <w:trPr>
          <w:trHeight w:val="405"/>
        </w:trPr>
        <w:tc>
          <w:tcPr>
            <w:tcW w:w="1839" w:type="dxa"/>
            <w:shd w:val="clear" w:color="auto" w:fill="D9D9D9" w:themeFill="background1" w:themeFillShade="D9"/>
          </w:tcPr>
          <w:p w14:paraId="02FCBE05" w14:textId="5ECB2B44" w:rsidR="00B630BC" w:rsidRPr="00CB2F39" w:rsidRDefault="00000000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소속</w:t>
            </w:r>
          </w:p>
        </w:tc>
        <w:tc>
          <w:tcPr>
            <w:tcW w:w="6953" w:type="dxa"/>
          </w:tcPr>
          <w:p w14:paraId="3512777F" w14:textId="77777777" w:rsidR="00B630BC" w:rsidRPr="00CB2F39" w:rsidRDefault="00B630BC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</w:p>
        </w:tc>
      </w:tr>
      <w:tr w:rsidR="00B630BC" w:rsidRPr="00CB2F39" w14:paraId="59734D81" w14:textId="77777777" w:rsidTr="00642084">
        <w:trPr>
          <w:trHeight w:val="455"/>
        </w:trPr>
        <w:tc>
          <w:tcPr>
            <w:tcW w:w="1839" w:type="dxa"/>
            <w:shd w:val="clear" w:color="auto" w:fill="D9D9D9" w:themeFill="background1" w:themeFillShade="D9"/>
          </w:tcPr>
          <w:p w14:paraId="443D5163" w14:textId="77777777" w:rsidR="00B630BC" w:rsidRPr="00CB2F39" w:rsidRDefault="00000000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과정</w:t>
            </w:r>
          </w:p>
        </w:tc>
        <w:tc>
          <w:tcPr>
            <w:tcW w:w="6953" w:type="dxa"/>
          </w:tcPr>
          <w:p w14:paraId="7F68257E" w14:textId="502AEF24" w:rsidR="00B630BC" w:rsidRPr="00CB2F39" w:rsidRDefault="00000000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8535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석사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171392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박사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38926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proofErr w:type="spellStart"/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박사급</w:t>
            </w:r>
            <w:proofErr w:type="spellEnd"/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연구원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38017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교수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115433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기관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164519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기타</w:t>
            </w:r>
            <w:r w:rsidR="002A1A22"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>(                        )</w:t>
            </w:r>
          </w:p>
        </w:tc>
      </w:tr>
      <w:tr w:rsidR="00642084" w:rsidRPr="00CB2F39" w14:paraId="598C4BAE" w14:textId="77777777" w:rsidTr="00642084">
        <w:trPr>
          <w:trHeight w:val="405"/>
        </w:trPr>
        <w:tc>
          <w:tcPr>
            <w:tcW w:w="1839" w:type="dxa"/>
            <w:vMerge w:val="restart"/>
            <w:shd w:val="clear" w:color="auto" w:fill="D9D9D9" w:themeFill="background1" w:themeFillShade="D9"/>
          </w:tcPr>
          <w:p w14:paraId="37713BEF" w14:textId="77777777" w:rsidR="00642084" w:rsidRPr="00CB2F39" w:rsidRDefault="00642084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연락처</w:t>
            </w:r>
          </w:p>
        </w:tc>
        <w:tc>
          <w:tcPr>
            <w:tcW w:w="6953" w:type="dxa"/>
          </w:tcPr>
          <w:p w14:paraId="0E151326" w14:textId="3A8F0B86" w:rsidR="00642084" w:rsidRPr="00CB2F39" w:rsidRDefault="00642084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전화번호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>:</w:t>
            </w:r>
          </w:p>
        </w:tc>
      </w:tr>
      <w:tr w:rsidR="00642084" w:rsidRPr="00CB2F39" w14:paraId="56787775" w14:textId="77777777" w:rsidTr="00642084">
        <w:trPr>
          <w:trHeight w:val="429"/>
        </w:trPr>
        <w:tc>
          <w:tcPr>
            <w:tcW w:w="1839" w:type="dxa"/>
            <w:vMerge/>
            <w:shd w:val="clear" w:color="auto" w:fill="D9D9D9" w:themeFill="background1" w:themeFillShade="D9"/>
          </w:tcPr>
          <w:p w14:paraId="764038DC" w14:textId="62D501E9" w:rsidR="00642084" w:rsidRPr="00CB2F39" w:rsidRDefault="00642084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6953" w:type="dxa"/>
          </w:tcPr>
          <w:p w14:paraId="18D24A48" w14:textId="02493532" w:rsidR="00642084" w:rsidRPr="00CB2F39" w:rsidRDefault="00642084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>E-mail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>:</w:t>
            </w:r>
          </w:p>
        </w:tc>
      </w:tr>
      <w:tr w:rsidR="00B630BC" w:rsidRPr="00CB2F39" w14:paraId="1638B030" w14:textId="77777777" w:rsidTr="00642084">
        <w:trPr>
          <w:trHeight w:val="910"/>
        </w:trPr>
        <w:tc>
          <w:tcPr>
            <w:tcW w:w="1839" w:type="dxa"/>
            <w:shd w:val="clear" w:color="auto" w:fill="D9D9D9" w:themeFill="background1" w:themeFillShade="D9"/>
          </w:tcPr>
          <w:p w14:paraId="5820174C" w14:textId="77777777" w:rsidR="00B630BC" w:rsidRPr="00CB2F39" w:rsidRDefault="00000000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의뢰</w:t>
            </w:r>
            <w:r w:rsidRPr="00CB2F39"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6953" w:type="dxa"/>
          </w:tcPr>
          <w:p w14:paraId="622A923A" w14:textId="45631F21" w:rsidR="00B630BC" w:rsidRPr="00CB2F39" w:rsidRDefault="00000000" w:rsidP="002A1A22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177770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석사학위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논문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167877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박사학위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논문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186343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투고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논문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203768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A22" w:rsidRPr="00CB2F39">
                  <w:rPr>
                    <w:rFonts w:asciiTheme="majorEastAsia" w:eastAsiaTheme="majorEastAsia" w:hAnsiTheme="majorEastAsia" w:cs="바탕" w:hint="eastAsia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분석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78974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기업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프로젝트</w:t>
            </w:r>
            <w:r w:rsidR="004919BA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107712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9BA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4919BA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기타</w:t>
            </w:r>
            <w:r w:rsidR="002A1A22"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 xml:space="preserve"> (                                   )</w:t>
            </w:r>
          </w:p>
        </w:tc>
      </w:tr>
      <w:tr w:rsidR="00B630BC" w:rsidRPr="00CB2F39" w14:paraId="5C9CE76F" w14:textId="77777777" w:rsidTr="00642084">
        <w:trPr>
          <w:trHeight w:val="754"/>
        </w:trPr>
        <w:tc>
          <w:tcPr>
            <w:tcW w:w="1839" w:type="dxa"/>
            <w:shd w:val="clear" w:color="auto" w:fill="D9D9D9" w:themeFill="background1" w:themeFillShade="D9"/>
          </w:tcPr>
          <w:p w14:paraId="096CAA2D" w14:textId="15D41C4F" w:rsidR="00B42D8B" w:rsidRPr="00CB2F39" w:rsidRDefault="00B42D8B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의뢰</w:t>
            </w:r>
            <w:r w:rsidRPr="00CB2F39">
              <w:rPr>
                <w:rFonts w:asciiTheme="majorEastAsia" w:eastAsiaTheme="majorEastAsia" w:hAnsiTheme="majorEastAsia" w:cs="바탕" w:hint="eastAsia"/>
                <w:b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처리</w:t>
            </w:r>
            <w:r w:rsidRPr="00CB2F39">
              <w:rPr>
                <w:rFonts w:asciiTheme="majorEastAsia" w:eastAsiaTheme="majorEastAsia" w:hAnsiTheme="majorEastAsia" w:cs="바탕" w:hint="eastAsia"/>
                <w:b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완료</w:t>
            </w:r>
            <w:r w:rsidRPr="00CB2F39">
              <w:rPr>
                <w:rFonts w:asciiTheme="majorEastAsia" w:eastAsiaTheme="majorEastAsia" w:hAnsiTheme="majorEastAsia" w:cs="바탕" w:hint="eastAsia"/>
                <w:b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희망기간</w:t>
            </w:r>
          </w:p>
          <w:p w14:paraId="5EC1DA3C" w14:textId="1FE759CC" w:rsidR="00B630BC" w:rsidRPr="00CB2F39" w:rsidRDefault="00B630BC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6953" w:type="dxa"/>
          </w:tcPr>
          <w:p w14:paraId="071DF6C6" w14:textId="77777777" w:rsidR="002A1A22" w:rsidRPr="00CB2F39" w:rsidRDefault="002A1A22" w:rsidP="002A1A22">
            <w:pPr>
              <w:jc w:val="center"/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</w:p>
          <w:p w14:paraId="43468C10" w14:textId="048DDBA3" w:rsidR="002A1A22" w:rsidRPr="00CB2F39" w:rsidRDefault="00B42D8B" w:rsidP="002A1A22">
            <w:pPr>
              <w:jc w:val="center"/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 xml:space="preserve">~    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년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 xml:space="preserve">    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월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 xml:space="preserve">   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일</w:t>
            </w:r>
          </w:p>
          <w:p w14:paraId="4DDE1A1F" w14:textId="77043627" w:rsidR="002A1A22" w:rsidRPr="00CB2F39" w:rsidRDefault="002A1A22" w:rsidP="002A1A22">
            <w:pPr>
              <w:jc w:val="right"/>
              <w:rPr>
                <w:rFonts w:asciiTheme="majorEastAsia" w:eastAsiaTheme="majorEastAsia" w:hAnsiTheme="majorEastAsia" w:cs="바탕"/>
                <w:color w:val="000000"/>
                <w:sz w:val="16"/>
                <w:szCs w:val="16"/>
                <w:lang w:eastAsia="ko-KR"/>
              </w:rPr>
            </w:pP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*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기본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2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주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소요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,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상담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후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조정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가능</w:t>
            </w:r>
          </w:p>
        </w:tc>
      </w:tr>
      <w:tr w:rsidR="00B42D8B" w:rsidRPr="00CB2F39" w14:paraId="3691863E" w14:textId="77777777" w:rsidTr="00642084">
        <w:trPr>
          <w:trHeight w:val="860"/>
        </w:trPr>
        <w:tc>
          <w:tcPr>
            <w:tcW w:w="1839" w:type="dxa"/>
            <w:shd w:val="clear" w:color="auto" w:fill="D9D9D9" w:themeFill="background1" w:themeFillShade="D9"/>
          </w:tcPr>
          <w:p w14:paraId="35CEEB2E" w14:textId="1FA67D04" w:rsidR="00B42D8B" w:rsidRPr="00CB2F39" w:rsidRDefault="00B42D8B" w:rsidP="00642084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희망</w:t>
            </w:r>
            <w:r w:rsidRPr="00CB2F39"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사용</w:t>
            </w:r>
            <w:r w:rsidRPr="00CB2F39"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통계</w:t>
            </w:r>
            <w:r w:rsidRPr="00CB2F39">
              <w:rPr>
                <w:rFonts w:asciiTheme="majorEastAsia" w:eastAsiaTheme="majorEastAsia" w:hAnsiTheme="majorEastAsia" w:cs="바탕"/>
                <w:b/>
                <w:bCs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  <w:lang w:eastAsia="ko-KR"/>
              </w:rPr>
              <w:t>프로그램</w:t>
            </w:r>
          </w:p>
        </w:tc>
        <w:tc>
          <w:tcPr>
            <w:tcW w:w="6953" w:type="dxa"/>
          </w:tcPr>
          <w:p w14:paraId="1939460B" w14:textId="77777777" w:rsidR="002A1A22" w:rsidRPr="00CB2F39" w:rsidRDefault="002A1A22" w:rsidP="00B42D8B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</w:p>
          <w:p w14:paraId="7E6ABB46" w14:textId="3B61279B" w:rsidR="002A1A22" w:rsidRPr="00CB2F39" w:rsidRDefault="00000000" w:rsidP="00B42D8B">
            <w:pPr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</w:pP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43417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D8B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2D8B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상관</w:t>
            </w:r>
            <w:r w:rsidR="00B42D8B"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B42D8B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없음</w:t>
            </w:r>
            <w:r w:rsidR="00B42D8B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68278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D8B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2D8B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R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6485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AC1" w:rsidRPr="00CB2F39">
                  <w:rPr>
                    <w:rFonts w:asciiTheme="majorEastAsia" w:eastAsiaTheme="majorEastAsia" w:hAnsiTheme="majorEastAsia" w:cs="바탕" w:hint="eastAsia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2D8B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SAS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9940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D8B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2D8B" w:rsidRPr="00CB2F39">
              <w:rPr>
                <w:rFonts w:asciiTheme="majorEastAsia" w:eastAsiaTheme="majorEastAsia" w:hAnsiTheme="majorEastAsia" w:cs="바탕"/>
                <w:color w:val="000000"/>
                <w:sz w:val="18"/>
                <w:szCs w:val="18"/>
                <w:lang w:eastAsia="ko-KR"/>
              </w:rPr>
              <w:t xml:space="preserve">SPSS  </w:t>
            </w:r>
            <w:sdt>
              <w:sdtPr>
                <w:rPr>
                  <w:rFonts w:asciiTheme="majorEastAsia" w:eastAsiaTheme="majorEastAsia" w:hAnsiTheme="majorEastAsia" w:cs="바탕"/>
                  <w:color w:val="000000"/>
                  <w:sz w:val="18"/>
                  <w:szCs w:val="18"/>
                  <w:lang w:eastAsia="ko-KR"/>
                </w:rPr>
                <w:id w:val="-95795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D8B" w:rsidRPr="00CB2F39">
                  <w:rPr>
                    <w:rFonts w:asciiTheme="majorEastAsia" w:eastAsiaTheme="majorEastAsia" w:hAnsiTheme="majorEastAsia" w:cs="Segoe UI Symbol"/>
                    <w:color w:val="000000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2D8B" w:rsidRPr="00CB2F39"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  <w:lang w:eastAsia="ko-KR"/>
              </w:rPr>
              <w:t>기타</w:t>
            </w:r>
            <w:r w:rsidR="00B42D8B" w:rsidRPr="00CB2F39">
              <w:rPr>
                <w:rFonts w:asciiTheme="majorEastAsia" w:eastAsiaTheme="majorEastAsia" w:hAnsiTheme="majorEastAsia" w:cs="바탕" w:hint="eastAsia"/>
                <w:color w:val="000000"/>
                <w:sz w:val="18"/>
                <w:szCs w:val="18"/>
                <w:lang w:eastAsia="ko-KR"/>
              </w:rPr>
              <w:t>(            )</w:t>
            </w:r>
          </w:p>
          <w:p w14:paraId="5E21178E" w14:textId="5F9F67E9" w:rsidR="002A1A22" w:rsidRPr="00CB2F39" w:rsidRDefault="002A1A22" w:rsidP="002A1A22">
            <w:pPr>
              <w:jc w:val="right"/>
              <w:rPr>
                <w:rFonts w:asciiTheme="majorEastAsia" w:eastAsiaTheme="majorEastAsia" w:hAnsiTheme="majorEastAsia" w:cs="바탕"/>
                <w:color w:val="000000"/>
                <w:sz w:val="16"/>
                <w:szCs w:val="16"/>
                <w:lang w:eastAsia="ko-KR"/>
              </w:rPr>
            </w:pP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*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분석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코드는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제공하지</w:t>
            </w:r>
            <w:r w:rsidRPr="00CB2F39">
              <w:rPr>
                <w:rFonts w:asciiTheme="majorEastAsia" w:eastAsiaTheme="majorEastAsia" w:hAnsiTheme="majorEastAsia" w:cs="바탕" w:hint="eastAsia"/>
                <w:color w:val="000000"/>
                <w:sz w:val="16"/>
                <w:szCs w:val="16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color w:val="000000"/>
                <w:sz w:val="16"/>
                <w:szCs w:val="16"/>
                <w:lang w:eastAsia="ko-KR"/>
              </w:rPr>
              <w:t>않음</w:t>
            </w:r>
          </w:p>
        </w:tc>
      </w:tr>
    </w:tbl>
    <w:p w14:paraId="3B4F0CEE" w14:textId="62B367E8" w:rsidR="00B42D8B" w:rsidRPr="00CB2F39" w:rsidRDefault="00B42D8B" w:rsidP="00B42D8B">
      <w:pPr>
        <w:pStyle w:val="21"/>
        <w:rPr>
          <w:rFonts w:asciiTheme="majorEastAsia" w:hAnsiTheme="majorEastAsia"/>
          <w:sz w:val="24"/>
          <w:szCs w:val="24"/>
          <w:lang w:eastAsia="ko-KR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685"/>
      </w:tblGrid>
      <w:tr w:rsidR="00B42D8B" w:rsidRPr="00CB2F39" w14:paraId="21EEACA0" w14:textId="77777777" w:rsidTr="006C7AC1">
        <w:trPr>
          <w:trHeight w:val="1150"/>
        </w:trPr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FCCD1" w14:textId="77777777" w:rsidR="00B42D8B" w:rsidRPr="00CB2F39" w:rsidRDefault="00B42D8B" w:rsidP="00824C27">
            <w:pPr>
              <w:pStyle w:val="FFFFB9FFFFD9FFFFC5FFFFC1FFFFB1FFFFDB"/>
              <w:wordWrap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>약</w:t>
            </w:r>
            <w:r w:rsidRPr="00CB2F39"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  <w:t xml:space="preserve">                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>관</w:t>
            </w:r>
            <w:r w:rsidRPr="00CB2F39"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  <w:t xml:space="preserve"> </w:t>
            </w:r>
          </w:p>
          <w:p w14:paraId="0D515D46" w14:textId="77777777" w:rsidR="00B42D8B" w:rsidRPr="00CB2F39" w:rsidRDefault="00B42D8B" w:rsidP="00824C27">
            <w:pPr>
              <w:pStyle w:val="FFFFB9FFFFD9FFFFC5FFFFC1FFFFB1FFFFDB"/>
              <w:numPr>
                <w:ilvl w:val="0"/>
                <w:numId w:val="10"/>
              </w:numPr>
              <w:ind w:left="240" w:hanging="240"/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통계와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관련도가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낮은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특정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도메인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지식이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필요한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상담은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제한될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수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있습니다</w:t>
            </w:r>
            <w:r w:rsidRPr="00CB2F39">
              <w:rPr>
                <w:rFonts w:asciiTheme="majorEastAsia" w:eastAsiaTheme="majorEastAsia" w:hAnsiTheme="majorEastAsia" w:hint="eastAsia"/>
                <w:sz w:val="18"/>
                <w:szCs w:val="18"/>
                <w:lang w:eastAsia="ko-KR"/>
              </w:rPr>
              <w:t>.</w:t>
            </w:r>
          </w:p>
          <w:p w14:paraId="1C6951FA" w14:textId="77777777" w:rsidR="00B42D8B" w:rsidRPr="00CB2F39" w:rsidRDefault="00B42D8B" w:rsidP="00824C27">
            <w:pPr>
              <w:pStyle w:val="FFFFB9FFFFD9FFFFC5FFFFC1FFFFB1FFFFDB"/>
              <w:numPr>
                <w:ilvl w:val="0"/>
                <w:numId w:val="10"/>
              </w:numPr>
              <w:ind w:left="240" w:hanging="240"/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</w:pPr>
            <w:proofErr w:type="spellStart"/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상담료는</w:t>
            </w:r>
            <w:proofErr w:type="spellEnd"/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본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상담실의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산정표에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따라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책정됩니다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. </w:t>
            </w:r>
          </w:p>
          <w:p w14:paraId="4CCE5062" w14:textId="6AC87BE6" w:rsidR="002A1A22" w:rsidRPr="00CB2F39" w:rsidRDefault="002A1A22" w:rsidP="002A1A22">
            <w:pPr>
              <w:pStyle w:val="FFFFB9FFFFD9FFFFC5FFFFC1FFFFB1FFFFDB"/>
              <w:numPr>
                <w:ilvl w:val="0"/>
                <w:numId w:val="10"/>
              </w:numPr>
              <w:ind w:left="240" w:hanging="240"/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귀하의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상담</w:t>
            </w:r>
            <w:r w:rsidRPr="00CB2F39">
              <w:rPr>
                <w:rFonts w:asciiTheme="majorEastAsia" w:eastAsiaTheme="majorEastAsia" w:hAnsiTheme="majorEastAsia" w:hint="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내용은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교육</w:t>
            </w:r>
            <w:r w:rsidRPr="00CB2F39">
              <w:rPr>
                <w:rFonts w:asciiTheme="majorEastAsia" w:eastAsiaTheme="majorEastAsia" w:hAnsiTheme="majorEastAsia" w:hint="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목적으로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발간되는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교내용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통계상담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사례집에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수록됩니다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>.</w:t>
            </w:r>
          </w:p>
        </w:tc>
      </w:tr>
    </w:tbl>
    <w:p w14:paraId="5C3EE3C7" w14:textId="77777777" w:rsidR="006C7AC1" w:rsidRPr="00CB2F39" w:rsidRDefault="00000000" w:rsidP="006C7AC1">
      <w:pPr>
        <w:jc w:val="right"/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</w:pPr>
      <w:sdt>
        <w:sdtPr>
          <w:rPr>
            <w:rFonts w:asciiTheme="majorEastAsia" w:eastAsiaTheme="majorEastAsia" w:hAnsiTheme="majorEastAsia" w:cs="바탕"/>
            <w:color w:val="000000"/>
            <w:sz w:val="18"/>
            <w:szCs w:val="18"/>
            <w:lang w:eastAsia="ko-KR"/>
          </w:rPr>
          <w:id w:val="-1437438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D8B" w:rsidRPr="00CB2F39">
            <w:rPr>
              <w:rFonts w:asciiTheme="majorEastAsia" w:eastAsiaTheme="majorEastAsia" w:hAnsiTheme="majorEastAsia" w:cs="Segoe UI Symbol"/>
              <w:color w:val="000000"/>
              <w:sz w:val="18"/>
              <w:szCs w:val="18"/>
              <w:lang w:eastAsia="ko-KR"/>
            </w:rPr>
            <w:t>☐</w:t>
          </w:r>
        </w:sdtContent>
      </w:sdt>
      <w:r w:rsidR="00B42D8B" w:rsidRPr="00CB2F39">
        <w:rPr>
          <w:rFonts w:asciiTheme="majorEastAsia" w:eastAsiaTheme="majorEastAsia" w:hAnsiTheme="majorEastAsia" w:cs="바탕" w:hint="eastAsia"/>
          <w:color w:val="000000"/>
          <w:sz w:val="18"/>
          <w:szCs w:val="18"/>
          <w:lang w:eastAsia="ko-KR"/>
        </w:rPr>
        <w:t xml:space="preserve">   </w:t>
      </w:r>
      <w:r w:rsidR="00B42D8B" w:rsidRPr="00CB2F39">
        <w:rPr>
          <w:rFonts w:ascii="맑은 고딕" w:eastAsia="맑은 고딕" w:hAnsi="맑은 고딕" w:cs="맑은 고딕" w:hint="eastAsia"/>
          <w:color w:val="000000"/>
          <w:sz w:val="18"/>
          <w:szCs w:val="18"/>
          <w:lang w:eastAsia="ko-KR"/>
        </w:rPr>
        <w:t>약관에</w:t>
      </w:r>
      <w:r w:rsidR="00B42D8B" w:rsidRPr="00CB2F39">
        <w:rPr>
          <w:rFonts w:asciiTheme="majorEastAsia" w:eastAsiaTheme="majorEastAsia" w:hAnsiTheme="majorEastAsia" w:cs="바탕" w:hint="eastAsia"/>
          <w:color w:val="000000"/>
          <w:sz w:val="18"/>
          <w:szCs w:val="18"/>
          <w:lang w:eastAsia="ko-KR"/>
        </w:rPr>
        <w:t xml:space="preserve"> </w:t>
      </w:r>
      <w:r w:rsidR="00B42D8B" w:rsidRPr="00CB2F39">
        <w:rPr>
          <w:rFonts w:ascii="맑은 고딕" w:eastAsia="맑은 고딕" w:hAnsi="맑은 고딕" w:cs="맑은 고딕" w:hint="eastAsia"/>
          <w:color w:val="000000"/>
          <w:sz w:val="18"/>
          <w:szCs w:val="18"/>
          <w:lang w:eastAsia="ko-KR"/>
        </w:rPr>
        <w:t>동의합니다</w:t>
      </w:r>
      <w:r w:rsidR="00B42D8B" w:rsidRPr="00CB2F39">
        <w:rPr>
          <w:rFonts w:asciiTheme="majorEastAsia" w:eastAsiaTheme="majorEastAsia" w:hAnsiTheme="majorEastAsia" w:cs="바탕" w:hint="eastAsia"/>
          <w:color w:val="000000"/>
          <w:sz w:val="18"/>
          <w:szCs w:val="18"/>
          <w:lang w:eastAsia="ko-KR"/>
        </w:rPr>
        <w:t>.</w:t>
      </w:r>
    </w:p>
    <w:p w14:paraId="5C61349D" w14:textId="7C40B76A" w:rsidR="00B42D8B" w:rsidRPr="00CB2F39" w:rsidRDefault="00B42D8B" w:rsidP="006C7AC1">
      <w:pPr>
        <w:spacing w:after="0" w:line="240" w:lineRule="auto"/>
        <w:ind w:right="100"/>
        <w:jc w:val="right"/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</w:pPr>
    </w:p>
    <w:p w14:paraId="182C579C" w14:textId="77777777" w:rsidR="00B42D8B" w:rsidRPr="00CB2F39" w:rsidRDefault="00B42D8B" w:rsidP="006C7AC1">
      <w:pPr>
        <w:jc w:val="center"/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</w:pP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본인은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위와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같은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목적으로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본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연구소에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통계</w:t>
      </w:r>
      <w:r w:rsidRPr="00CB2F39">
        <w:rPr>
          <w:rFonts w:asciiTheme="majorEastAsia" w:eastAsiaTheme="majorEastAsia" w:hAnsiTheme="majorEastAsia" w:cs="바탕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처리를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b/>
          <w:bCs/>
          <w:color w:val="000000"/>
          <w:sz w:val="20"/>
          <w:szCs w:val="20"/>
          <w:lang w:eastAsia="ko-KR"/>
        </w:rPr>
        <w:t>의뢰합니다</w:t>
      </w:r>
      <w:r w:rsidRPr="00CB2F39">
        <w:rPr>
          <w:rFonts w:asciiTheme="majorEastAsia" w:eastAsiaTheme="majorEastAsia" w:hAnsiTheme="majorEastAsia" w:cs="바탕"/>
          <w:b/>
          <w:bCs/>
          <w:color w:val="000000"/>
          <w:sz w:val="20"/>
          <w:szCs w:val="20"/>
          <w:lang w:eastAsia="ko-KR"/>
        </w:rPr>
        <w:t>.</w:t>
      </w:r>
    </w:p>
    <w:p w14:paraId="02EEA114" w14:textId="77777777" w:rsidR="006C7AC1" w:rsidRPr="00CB2F39" w:rsidRDefault="006C7AC1" w:rsidP="006C7AC1">
      <w:pPr>
        <w:spacing w:after="0" w:line="240" w:lineRule="auto"/>
        <w:jc w:val="center"/>
        <w:rPr>
          <w:rFonts w:asciiTheme="majorEastAsia" w:eastAsiaTheme="majorEastAsia" w:hAnsiTheme="majorEastAsia" w:cs="바탕"/>
          <w:color w:val="000000"/>
          <w:sz w:val="20"/>
          <w:szCs w:val="20"/>
          <w:lang w:eastAsia="ko-KR"/>
        </w:rPr>
      </w:pPr>
    </w:p>
    <w:p w14:paraId="7829B6B6" w14:textId="77777777" w:rsidR="00B42D8B" w:rsidRPr="00CB2F39" w:rsidRDefault="00B42D8B" w:rsidP="006C7AC1">
      <w:pPr>
        <w:jc w:val="right"/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</w:pPr>
      <w:r w:rsidRPr="00CB2F39">
        <w:rPr>
          <w:rFonts w:ascii="맑은 고딕" w:eastAsia="맑은 고딕" w:hAnsi="맑은 고딕" w:cs="맑은 고딕" w:hint="eastAsia"/>
          <w:color w:val="000000"/>
          <w:sz w:val="18"/>
          <w:szCs w:val="18"/>
          <w:lang w:eastAsia="ko-KR"/>
        </w:rPr>
        <w:t>년</w:t>
      </w:r>
      <w:r w:rsidRPr="00CB2F39"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  <w:t xml:space="preserve">         </w:t>
      </w:r>
      <w:r w:rsidRPr="00CB2F39">
        <w:rPr>
          <w:rFonts w:ascii="맑은 고딕" w:eastAsia="맑은 고딕" w:hAnsi="맑은 고딕" w:cs="맑은 고딕" w:hint="eastAsia"/>
          <w:color w:val="000000"/>
          <w:sz w:val="18"/>
          <w:szCs w:val="18"/>
          <w:lang w:eastAsia="ko-KR"/>
        </w:rPr>
        <w:t>월</w:t>
      </w:r>
      <w:r w:rsidRPr="00CB2F39"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  <w:t xml:space="preserve">         </w:t>
      </w:r>
      <w:r w:rsidRPr="00CB2F39">
        <w:rPr>
          <w:rFonts w:ascii="맑은 고딕" w:eastAsia="맑은 고딕" w:hAnsi="맑은 고딕" w:cs="맑은 고딕" w:hint="eastAsia"/>
          <w:color w:val="000000"/>
          <w:sz w:val="18"/>
          <w:szCs w:val="18"/>
          <w:lang w:eastAsia="ko-KR"/>
        </w:rPr>
        <w:t>일</w:t>
      </w:r>
    </w:p>
    <w:p w14:paraId="1866DAC9" w14:textId="77777777" w:rsidR="006C7AC1" w:rsidRPr="00CB2F39" w:rsidRDefault="006C7AC1" w:rsidP="006C7AC1">
      <w:pPr>
        <w:spacing w:after="0" w:line="240" w:lineRule="auto"/>
        <w:jc w:val="right"/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</w:pPr>
    </w:p>
    <w:p w14:paraId="5E0D9B31" w14:textId="2D26E982" w:rsidR="00B42D8B" w:rsidRPr="00CB2F39" w:rsidRDefault="00B42D8B" w:rsidP="006C7AC1">
      <w:pPr>
        <w:spacing w:after="0" w:line="240" w:lineRule="auto"/>
        <w:jc w:val="right"/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</w:pPr>
      <w:r w:rsidRPr="00CB2F39">
        <w:rPr>
          <w:rFonts w:ascii="맑은 고딕" w:eastAsia="맑은 고딕" w:hAnsi="맑은 고딕" w:cs="맑은 고딕" w:hint="eastAsia"/>
          <w:color w:val="000000"/>
          <w:sz w:val="18"/>
          <w:szCs w:val="18"/>
          <w:lang w:eastAsia="ko-KR"/>
        </w:rPr>
        <w:t>의뢰자</w:t>
      </w:r>
      <w:r w:rsidRPr="00CB2F39"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  <w:t xml:space="preserve">        (</w:t>
      </w:r>
      <w:r w:rsidRPr="00CB2F39">
        <w:rPr>
          <w:rFonts w:ascii="맑은 고딕" w:eastAsia="맑은 고딕" w:hAnsi="맑은 고딕" w:cs="맑은 고딕" w:hint="eastAsia"/>
          <w:color w:val="000000"/>
          <w:sz w:val="18"/>
          <w:szCs w:val="18"/>
          <w:lang w:eastAsia="ko-KR"/>
        </w:rPr>
        <w:t>인</w:t>
      </w:r>
      <w:r w:rsidRPr="00CB2F39">
        <w:rPr>
          <w:rFonts w:asciiTheme="majorEastAsia" w:eastAsiaTheme="majorEastAsia" w:hAnsiTheme="majorEastAsia" w:cs="바탕"/>
          <w:color w:val="000000"/>
          <w:sz w:val="18"/>
          <w:szCs w:val="18"/>
          <w:lang w:eastAsia="ko-KR"/>
        </w:rPr>
        <w:t>)</w:t>
      </w:r>
    </w:p>
    <w:p w14:paraId="6D6AC02E" w14:textId="3FF9510C" w:rsidR="00B630BC" w:rsidRPr="00CB2F39" w:rsidRDefault="00000000" w:rsidP="009E50B9">
      <w:pPr>
        <w:pStyle w:val="1"/>
        <w:jc w:val="center"/>
        <w:rPr>
          <w:rFonts w:asciiTheme="majorEastAsia" w:hAnsiTheme="majorEastAsia" w:cs="맑은 고딕"/>
          <w:color w:val="000000" w:themeColor="text1"/>
          <w:sz w:val="24"/>
          <w:szCs w:val="24"/>
          <w:u w:val="single"/>
          <w:lang w:eastAsia="ko-KR"/>
        </w:rPr>
      </w:pP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lastRenderedPageBreak/>
        <w:t>상담</w:t>
      </w:r>
      <w:r w:rsidRPr="00CB2F39">
        <w:rPr>
          <w:rFonts w:asciiTheme="majorEastAsia" w:hAnsiTheme="majorEastAsia" w:cs="맑은 고딕"/>
          <w:color w:val="000000" w:themeColor="text1"/>
          <w:sz w:val="24"/>
          <w:szCs w:val="24"/>
          <w:u w:val="single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t>요청</w:t>
      </w:r>
      <w:r w:rsidRPr="00CB2F39">
        <w:rPr>
          <w:rFonts w:asciiTheme="majorEastAsia" w:hAnsiTheme="majorEastAsia" w:cs="맑은 고딕"/>
          <w:color w:val="000000" w:themeColor="text1"/>
          <w:sz w:val="24"/>
          <w:szCs w:val="24"/>
          <w:u w:val="single"/>
          <w:lang w:eastAsia="ko-KR"/>
        </w:rPr>
        <w:t xml:space="preserve"> </w:t>
      </w:r>
      <w:r w:rsidRPr="00CB2F39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  <w:u w:val="single"/>
          <w:lang w:eastAsia="ko-KR"/>
        </w:rPr>
        <w:t>내용</w:t>
      </w:r>
    </w:p>
    <w:tbl>
      <w:tblPr>
        <w:tblStyle w:val="af9"/>
        <w:tblW w:w="8926" w:type="dxa"/>
        <w:tblLayout w:type="fixed"/>
        <w:tblLook w:val="04A0" w:firstRow="1" w:lastRow="0" w:firstColumn="1" w:lastColumn="0" w:noHBand="0" w:noVBand="1"/>
      </w:tblPr>
      <w:tblGrid>
        <w:gridCol w:w="1493"/>
        <w:gridCol w:w="7433"/>
      </w:tblGrid>
      <w:tr w:rsidR="009E50B9" w:rsidRPr="00CB2F39" w14:paraId="25EE1FA3" w14:textId="77777777" w:rsidTr="00FE6020">
        <w:trPr>
          <w:trHeight w:val="1141"/>
        </w:trPr>
        <w:tc>
          <w:tcPr>
            <w:tcW w:w="1493" w:type="dxa"/>
            <w:shd w:val="clear" w:color="auto" w:fill="D9D9D9" w:themeFill="background1" w:themeFillShade="D9"/>
          </w:tcPr>
          <w:p w14:paraId="20D8711E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335B8A2A" w14:textId="7FEAADFB" w:rsidR="00B630BC" w:rsidRPr="00CB2F39" w:rsidRDefault="00000000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연구</w:t>
            </w:r>
            <w:r w:rsidRPr="00CB2F39"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제</w:t>
            </w:r>
            <w:r w:rsidR="009E50B9"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목</w:t>
            </w:r>
          </w:p>
        </w:tc>
        <w:tc>
          <w:tcPr>
            <w:tcW w:w="7433" w:type="dxa"/>
          </w:tcPr>
          <w:p w14:paraId="59D044D9" w14:textId="77777777" w:rsidR="00B630BC" w:rsidRPr="00CB2F39" w:rsidRDefault="00B630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42D8B" w:rsidRPr="00CB2F39" w14:paraId="40C02C0A" w14:textId="77777777" w:rsidTr="00FE6020">
        <w:trPr>
          <w:trHeight w:val="2235"/>
        </w:trPr>
        <w:tc>
          <w:tcPr>
            <w:tcW w:w="1493" w:type="dxa"/>
            <w:shd w:val="clear" w:color="auto" w:fill="D9D9D9" w:themeFill="background1" w:themeFillShade="D9"/>
          </w:tcPr>
          <w:p w14:paraId="5C4002A0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20D03E2A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231571B8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22D71D29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3B406BC9" w14:textId="08B85665" w:rsidR="00B630BC" w:rsidRPr="00CB2F39" w:rsidRDefault="00000000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연구</w:t>
            </w:r>
            <w:r w:rsidRPr="00CB2F39"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목적</w:t>
            </w:r>
          </w:p>
        </w:tc>
        <w:tc>
          <w:tcPr>
            <w:tcW w:w="7433" w:type="dxa"/>
          </w:tcPr>
          <w:p w14:paraId="3173C102" w14:textId="77777777" w:rsidR="00B630BC" w:rsidRPr="00CB2F39" w:rsidRDefault="00B630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E50B9" w:rsidRPr="00CB2F39" w14:paraId="3FA075C4" w14:textId="77777777" w:rsidTr="00FE6020">
        <w:trPr>
          <w:trHeight w:val="6277"/>
        </w:trPr>
        <w:tc>
          <w:tcPr>
            <w:tcW w:w="1493" w:type="dxa"/>
            <w:shd w:val="clear" w:color="auto" w:fill="D9D9D9" w:themeFill="background1" w:themeFillShade="D9"/>
          </w:tcPr>
          <w:p w14:paraId="00A1B68D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2A3F37AF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09F2C655" w14:textId="77777777" w:rsidR="009E50B9" w:rsidRPr="00CB2F39" w:rsidRDefault="009E50B9" w:rsidP="00FE6020">
            <w:pPr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7F0E82E0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598A6E9A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61B0AC25" w14:textId="77777777" w:rsidR="009E50B9" w:rsidRPr="00CB2F39" w:rsidRDefault="009E50B9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27664BF5" w14:textId="2EC1F3BF" w:rsidR="00B630BC" w:rsidRPr="00CB2F39" w:rsidRDefault="00000000" w:rsidP="009E50B9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연구</w:t>
            </w:r>
            <w:r w:rsidRPr="00CB2F39"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내용</w:t>
            </w:r>
          </w:p>
        </w:tc>
        <w:tc>
          <w:tcPr>
            <w:tcW w:w="7433" w:type="dxa"/>
          </w:tcPr>
          <w:p w14:paraId="1A7CC50E" w14:textId="77777777" w:rsidR="00B630BC" w:rsidRPr="00CB2F39" w:rsidRDefault="00B630B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E6020" w:rsidRPr="00CB2F39" w14:paraId="428D4BA0" w14:textId="77777777" w:rsidTr="00FE6020">
        <w:trPr>
          <w:trHeight w:val="2062"/>
        </w:trPr>
        <w:tc>
          <w:tcPr>
            <w:tcW w:w="1493" w:type="dxa"/>
            <w:shd w:val="clear" w:color="auto" w:fill="D9D9D9" w:themeFill="background1" w:themeFillShade="D9"/>
          </w:tcPr>
          <w:p w14:paraId="136C96C6" w14:textId="77777777" w:rsidR="00FE6020" w:rsidRPr="00CB2F39" w:rsidRDefault="00FE6020" w:rsidP="00FE6020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</w:p>
          <w:p w14:paraId="3085770D" w14:textId="515A61F3" w:rsidR="00FE6020" w:rsidRPr="00CB2F39" w:rsidRDefault="00FE6020" w:rsidP="00FE6020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첨부파일</w:t>
            </w:r>
          </w:p>
          <w:p w14:paraId="0B34F62F" w14:textId="77777777" w:rsidR="00FE6020" w:rsidRPr="00CB2F39" w:rsidRDefault="00FE6020" w:rsidP="00FE6020">
            <w:pPr>
              <w:jc w:val="center"/>
              <w:rPr>
                <w:rFonts w:asciiTheme="majorEastAsia" w:eastAsiaTheme="majorEastAsia" w:hAnsiTheme="majorEastAsia" w:cs="바탕"/>
                <w:b/>
                <w:bCs/>
                <w:color w:val="000000"/>
                <w:lang w:eastAsia="ko-KR"/>
              </w:rPr>
            </w:pPr>
            <w:r w:rsidRPr="00CB2F39">
              <w:rPr>
                <w:rFonts w:ascii="맑은 고딕" w:eastAsia="맑은 고딕" w:hAnsi="맑은 고딕" w:cs="맑은 고딕" w:hint="eastAsia"/>
                <w:b/>
                <w:bCs/>
                <w:color w:val="000000"/>
                <w:lang w:eastAsia="ko-KR"/>
              </w:rPr>
              <w:t>파일명</w:t>
            </w:r>
          </w:p>
          <w:p w14:paraId="22B91353" w14:textId="525B5C9D" w:rsidR="00FE6020" w:rsidRPr="00CB2F39" w:rsidRDefault="00FE6020" w:rsidP="00FE6020">
            <w:pPr>
              <w:jc w:val="center"/>
              <w:rPr>
                <w:rFonts w:asciiTheme="majorEastAsia" w:eastAsiaTheme="majorEastAsia" w:hAnsiTheme="majorEastAsia" w:cs="바탕"/>
                <w:lang w:eastAsia="ko-KR"/>
              </w:rPr>
            </w:pPr>
          </w:p>
        </w:tc>
        <w:tc>
          <w:tcPr>
            <w:tcW w:w="7433" w:type="dxa"/>
          </w:tcPr>
          <w:p w14:paraId="09D50EFE" w14:textId="77777777" w:rsidR="00FE6020" w:rsidRPr="00CB2F39" w:rsidRDefault="00FE6020" w:rsidP="00FE6020">
            <w:pPr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</w:pPr>
            <w:r w:rsidRPr="00CB2F39"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  <w:t>1.</w:t>
            </w:r>
          </w:p>
          <w:p w14:paraId="4DACD64D" w14:textId="77777777" w:rsidR="00FE6020" w:rsidRPr="00CB2F39" w:rsidRDefault="00FE6020" w:rsidP="00FE6020">
            <w:pPr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</w:pPr>
            <w:r w:rsidRPr="00CB2F39"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  <w:t>2.</w:t>
            </w:r>
          </w:p>
          <w:p w14:paraId="7AA6325E" w14:textId="77777777" w:rsidR="00FE6020" w:rsidRPr="00CB2F39" w:rsidRDefault="00FE6020" w:rsidP="00FE6020">
            <w:pPr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</w:pPr>
            <w:r w:rsidRPr="00CB2F39"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  <w:t>3.</w:t>
            </w:r>
          </w:p>
          <w:p w14:paraId="222FEBD5" w14:textId="068D966A" w:rsidR="00FE6020" w:rsidRPr="00CB2F39" w:rsidRDefault="00FE6020" w:rsidP="00FE6020">
            <w:pPr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</w:pPr>
            <w:r w:rsidRPr="00CB2F39"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  <w:t>4.</w:t>
            </w:r>
          </w:p>
          <w:p w14:paraId="31270F93" w14:textId="091E6967" w:rsidR="00FE6020" w:rsidRPr="00CB2F39" w:rsidRDefault="00FE6020" w:rsidP="00FE6020">
            <w:pPr>
              <w:rPr>
                <w:rFonts w:asciiTheme="majorEastAsia" w:eastAsiaTheme="majorEastAsia" w:hAnsiTheme="majorEastAsia"/>
                <w:sz w:val="20"/>
                <w:szCs w:val="20"/>
                <w:lang w:eastAsia="ko-KR"/>
              </w:rPr>
            </w:pPr>
            <w:r w:rsidRPr="00CB2F39">
              <w:rPr>
                <w:rFonts w:asciiTheme="majorEastAsia" w:eastAsiaTheme="majorEastAsia" w:hAnsiTheme="majorEastAsia" w:hint="eastAsia"/>
                <w:sz w:val="18"/>
                <w:szCs w:val="18"/>
                <w:lang w:eastAsia="ko-KR"/>
              </w:rPr>
              <w:t xml:space="preserve">*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상담자가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의뢰</w:t>
            </w:r>
            <w:r w:rsidRPr="00CB2F39">
              <w:rPr>
                <w:rFonts w:asciiTheme="majorEastAsia" w:eastAsiaTheme="majorEastAsia" w:hAnsiTheme="majorEastAsia" w:cs="맑은 고딕" w:hint="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내용을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이해하기에</w:t>
            </w:r>
            <w:r w:rsidRPr="00CB2F39">
              <w:rPr>
                <w:rFonts w:asciiTheme="majorEastAsia" w:eastAsiaTheme="majorEastAsia" w:hAnsiTheme="majorEastAsia" w:cs="맑은 고딕" w:hint="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도움이</w:t>
            </w:r>
            <w:r w:rsidRPr="00CB2F39">
              <w:rPr>
                <w:rFonts w:asciiTheme="majorEastAsia" w:eastAsiaTheme="majorEastAsia" w:hAnsiTheme="majorEastAsia" w:cs="맑은 고딕" w:hint="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되는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데이터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,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설문지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,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참고</w:t>
            </w:r>
            <w:r w:rsidRPr="00CB2F39">
              <w:rPr>
                <w:rFonts w:asciiTheme="majorEastAsia" w:eastAsiaTheme="majorEastAsia" w:hAnsiTheme="majorEastAsia" w:cs="맑은 고딕" w:hint="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문헌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등을</w:t>
            </w:r>
            <w:r w:rsidRPr="00CB2F39">
              <w:rPr>
                <w:rFonts w:asciiTheme="majorEastAsia" w:eastAsiaTheme="majorEastAsia" w:hAnsiTheme="majorEastAsia" w:hint="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첨부하고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파일명</w:t>
            </w:r>
            <w:r w:rsidRPr="00CB2F39">
              <w:rPr>
                <w:rFonts w:asciiTheme="majorEastAsia" w:eastAsiaTheme="majorEastAsia" w:hAnsiTheme="majorEastAsia"/>
                <w:sz w:val="18"/>
                <w:szCs w:val="18"/>
                <w:lang w:eastAsia="ko-KR"/>
              </w:rPr>
              <w:t xml:space="preserve"> </w:t>
            </w:r>
            <w:r w:rsidRPr="00CB2F39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작성</w:t>
            </w:r>
          </w:p>
        </w:tc>
      </w:tr>
    </w:tbl>
    <w:p w14:paraId="1F0AC896" w14:textId="21B2634F" w:rsidR="00B630BC" w:rsidRPr="00CB2F39" w:rsidRDefault="00B630BC" w:rsidP="009E50B9">
      <w:pPr>
        <w:rPr>
          <w:rFonts w:asciiTheme="majorEastAsia" w:eastAsiaTheme="majorEastAsia" w:hAnsiTheme="majorEastAsia"/>
          <w:sz w:val="20"/>
          <w:szCs w:val="20"/>
          <w:lang w:eastAsia="ko-KR"/>
        </w:rPr>
      </w:pPr>
    </w:p>
    <w:sectPr w:rsidR="00B630BC" w:rsidRPr="00CB2F39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7064" w14:textId="77777777" w:rsidR="00D37200" w:rsidRDefault="00D37200" w:rsidP="003E23DB">
      <w:pPr>
        <w:spacing w:after="0" w:line="240" w:lineRule="auto"/>
      </w:pPr>
      <w:r>
        <w:separator/>
      </w:r>
    </w:p>
  </w:endnote>
  <w:endnote w:type="continuationSeparator" w:id="0">
    <w:p w14:paraId="229C5F30" w14:textId="77777777" w:rsidR="00D37200" w:rsidRDefault="00D37200" w:rsidP="003E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348F" w14:textId="392E068B" w:rsidR="003E23DB" w:rsidRPr="003E23DB" w:rsidRDefault="003E23DB" w:rsidP="003E23DB">
    <w:pPr>
      <w:pStyle w:val="1"/>
      <w:jc w:val="center"/>
      <w:rPr>
        <w:b w:val="0"/>
        <w:bCs w:val="0"/>
        <w:color w:val="000000" w:themeColor="text1"/>
        <w:lang w:eastAsia="ko-KR"/>
      </w:rPr>
    </w:pPr>
    <w:r w:rsidRPr="003E23DB">
      <w:rPr>
        <w:rFonts w:ascii="맑은 고딕" w:eastAsia="맑은 고딕" w:hAnsi="맑은 고딕" w:cs="맑은 고딕" w:hint="eastAsia"/>
        <w:b w:val="0"/>
        <w:bCs w:val="0"/>
        <w:color w:val="000000" w:themeColor="text1"/>
        <w:lang w:eastAsia="ko-KR"/>
      </w:rPr>
      <w:t>성신여자대학교</w:t>
    </w:r>
    <w:r w:rsidRPr="003E23DB">
      <w:rPr>
        <w:b w:val="0"/>
        <w:bCs w:val="0"/>
        <w:color w:val="000000" w:themeColor="text1"/>
        <w:lang w:eastAsia="ko-KR"/>
      </w:rPr>
      <w:t xml:space="preserve"> </w:t>
    </w:r>
    <w:proofErr w:type="spellStart"/>
    <w:r w:rsidRPr="003E23DB">
      <w:rPr>
        <w:rFonts w:ascii="맑은 고딕" w:eastAsia="맑은 고딕" w:hAnsi="맑은 고딕" w:cs="맑은 고딕" w:hint="eastAsia"/>
        <w:b w:val="0"/>
        <w:bCs w:val="0"/>
        <w:color w:val="000000" w:themeColor="text1"/>
        <w:lang w:eastAsia="ko-KR"/>
      </w:rPr>
      <w:t>데이터사이언스</w:t>
    </w:r>
    <w:proofErr w:type="spellEnd"/>
    <w:r w:rsidRPr="003E23DB">
      <w:rPr>
        <w:rFonts w:hint="eastAsia"/>
        <w:b w:val="0"/>
        <w:bCs w:val="0"/>
        <w:color w:val="000000" w:themeColor="text1"/>
        <w:lang w:eastAsia="ko-KR"/>
      </w:rPr>
      <w:t xml:space="preserve"> </w:t>
    </w:r>
    <w:r w:rsidRPr="003E23DB">
      <w:rPr>
        <w:rFonts w:ascii="맑은 고딕" w:eastAsia="맑은 고딕" w:hAnsi="맑은 고딕" w:cs="맑은 고딕" w:hint="eastAsia"/>
        <w:b w:val="0"/>
        <w:bCs w:val="0"/>
        <w:color w:val="000000" w:themeColor="text1"/>
        <w:lang w:eastAsia="ko-KR"/>
      </w:rPr>
      <w:t>센터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0EEB" w14:textId="77777777" w:rsidR="00D37200" w:rsidRDefault="00D37200" w:rsidP="003E23DB">
      <w:pPr>
        <w:spacing w:after="0" w:line="240" w:lineRule="auto"/>
      </w:pPr>
      <w:r>
        <w:separator/>
      </w:r>
    </w:p>
  </w:footnote>
  <w:footnote w:type="continuationSeparator" w:id="0">
    <w:p w14:paraId="4F4A3CA3" w14:textId="77777777" w:rsidR="00D37200" w:rsidRDefault="00D37200" w:rsidP="003E2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hybridMultilevel"/>
    <w:tmpl w:val="FFFFFFFF"/>
    <w:lvl w:ilvl="0" w:tplc="00002710">
      <w:start w:val="1"/>
      <w:numFmt w:val="bullet"/>
      <w:suff w:val="space"/>
      <w:lvlText w:val="l"/>
      <w:lvlJc w:val="left"/>
      <w:rPr>
        <w:rFonts w:ascii="Wingdings" w:eastAsia="Times New Roman" w:hAnsi="Wingdings" w:cs="Wingdings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30375146">
    <w:abstractNumId w:val="8"/>
  </w:num>
  <w:num w:numId="2" w16cid:durableId="1933665452">
    <w:abstractNumId w:val="6"/>
  </w:num>
  <w:num w:numId="3" w16cid:durableId="1568877873">
    <w:abstractNumId w:val="5"/>
  </w:num>
  <w:num w:numId="4" w16cid:durableId="1750543748">
    <w:abstractNumId w:val="4"/>
  </w:num>
  <w:num w:numId="5" w16cid:durableId="385111041">
    <w:abstractNumId w:val="7"/>
  </w:num>
  <w:num w:numId="6" w16cid:durableId="840974212">
    <w:abstractNumId w:val="3"/>
  </w:num>
  <w:num w:numId="7" w16cid:durableId="1394426120">
    <w:abstractNumId w:val="2"/>
  </w:num>
  <w:num w:numId="8" w16cid:durableId="1092437416">
    <w:abstractNumId w:val="1"/>
  </w:num>
  <w:num w:numId="9" w16cid:durableId="334455022">
    <w:abstractNumId w:val="0"/>
  </w:num>
  <w:num w:numId="10" w16cid:durableId="6056969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4B12"/>
    <w:rsid w:val="0015074B"/>
    <w:rsid w:val="0029639D"/>
    <w:rsid w:val="002A1A22"/>
    <w:rsid w:val="00326F90"/>
    <w:rsid w:val="003E23DB"/>
    <w:rsid w:val="004919BA"/>
    <w:rsid w:val="005579A8"/>
    <w:rsid w:val="00621A25"/>
    <w:rsid w:val="00642084"/>
    <w:rsid w:val="006C7AC1"/>
    <w:rsid w:val="00795E8A"/>
    <w:rsid w:val="007B60B9"/>
    <w:rsid w:val="007C4A1D"/>
    <w:rsid w:val="007E313D"/>
    <w:rsid w:val="009E50B9"/>
    <w:rsid w:val="00AA1D8D"/>
    <w:rsid w:val="00B24D09"/>
    <w:rsid w:val="00B42D8B"/>
    <w:rsid w:val="00B47730"/>
    <w:rsid w:val="00B630BC"/>
    <w:rsid w:val="00BB40D1"/>
    <w:rsid w:val="00CB0664"/>
    <w:rsid w:val="00CB2F39"/>
    <w:rsid w:val="00D37200"/>
    <w:rsid w:val="00FC693F"/>
    <w:rsid w:val="00F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1C07ED"/>
  <w14:defaultImageDpi w14:val="300"/>
  <w15:docId w15:val="{21B3F4C1-AE33-0742-BD89-2687B873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FFFB9FFFFD9FFFFC5FFFFC1FFFFB1FFFFDB">
    <w:name w:val="FFFFB9FFFFD9FFFFC5FFFFC1FFFFB1FFFFDB"/>
    <w:rsid w:val="00BB40D1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jc w:val="both"/>
      <w:textAlignment w:val="baseline"/>
    </w:pPr>
    <w:rPr>
      <w:rFonts w:ascii="바탕" w:eastAsia="바탕" w:hAnsi="바탕" w:cs="바탕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180</Words>
  <Characters>554</Characters>
  <Application>Microsoft Office Word</Application>
  <DocSecurity>0</DocSecurity>
  <Lines>25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박성오 (통계학)</cp:lastModifiedBy>
  <cp:revision>13</cp:revision>
  <dcterms:created xsi:type="dcterms:W3CDTF">2013-12-23T23:15:00Z</dcterms:created>
  <dcterms:modified xsi:type="dcterms:W3CDTF">2026-04-17T04:23:00Z</dcterms:modified>
  <cp:category/>
</cp:coreProperties>
</file>